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 w:val="0"/>
        <w:spacing w:after="60"/>
      </w:pPr>
      <w:r>
        <w:rPr>
          <w:b/>
          <w:color w:val="223C51"/>
          <w:sz w:val="46"/>
        </w:rPr>
        <w:t>TIMOTHY JANKOWSKI</w:t>
      </w:r>
    </w:p>
    <w:p>
      <w:pPr>
        <w:keepNext/>
        <w:keepLines w:val="0"/>
        <w:spacing w:after="100"/>
      </w:pPr>
      <w:r>
        <w:rPr>
          <w:b/>
          <w:sz w:val="23"/>
        </w:rPr>
        <w:t>GAMEPLAY DEVELOPER &amp; DESIGNER</w:t>
      </w:r>
    </w:p>
    <w:p>
      <w:pPr>
        <w:keepNext/>
        <w:keepLines w:val="0"/>
        <w:spacing w:after="40"/>
      </w:pPr>
      <w:r>
        <w:rPr>
          <w:sz w:val="21"/>
        </w:rPr>
        <w:t>Renton, WA | 425-244-3092 | wreckski57@gmail.com</w:t>
      </w:r>
    </w:p>
    <w:p>
      <w:pPr>
        <w:keepNext/>
        <w:keepLines w:val="0"/>
        <w:spacing w:after="100"/>
      </w:pPr>
      <w:r>
        <w:rPr>
          <w:sz w:val="21"/>
        </w:rPr>
        <w:t xml:space="preserve">GitHub: </w:t>
      </w:r>
      <w:hyperlink r:id="rId9">
        <w:r>
          <w:rPr>
            <w:sz w:val="21"/>
            <w:color w:val="234E70"/>
          </w:rPr>
          <w:t>github.com/bcts1100</w:t>
        </w:r>
      </w:hyperlink>
      <w:r>
        <w:rPr>
          <w:sz w:val="21"/>
        </w:rPr>
        <w:t xml:space="preserve">  |  LinkedIn: </w:t>
      </w:r>
      <w:hyperlink r:id="rId10">
        <w:r>
          <w:rPr>
            <w:sz w:val="21"/>
            <w:color w:val="234E70"/>
          </w:rPr>
          <w:t>linkedin.com/in/tim-jankowski-2838b72a6</w:t>
        </w:r>
      </w:hyperlink>
    </w:p>
    <w:p>
      <w:pPr>
        <w:pStyle w:val="Heading1"/>
        <w:keepLines w:val="0"/>
      </w:pPr>
      <w:r>
        <w:t>PROFILE</w:t>
      </w:r>
    </w:p>
    <w:p>
      <w:pPr>
        <w:keepLines/>
      </w:pPr>
      <w:r>
        <w:t>Gameplay developer and designer with experience implementing character movement, ability systems, and enemy behavior across independent and academic game projects. Combines Unity/C# gameplay scripting and character rigging and animation in Blender and Autodesk Maya with end-to-end software engineering and leadership experience at Boeing and in the U.S. Marine Corps. Current game projects include Wildblocks and Steeped.</w:t>
      </w:r>
    </w:p>
    <w:p>
      <w:pPr>
        <w:pStyle w:val="Heading1"/>
        <w:keepLines w:val="0"/>
      </w:pPr>
      <w:r>
        <w:t>GAME DEVELOPMENT PROJECTS</w:t>
      </w:r>
    </w:p>
    <w:p>
      <w:pPr>
        <w:pStyle w:val="Heading2"/>
        <w:keepLines w:val="0"/>
        <w:tabs>
          <w:tab w:pos="10368" w:val="right"/>
        </w:tabs>
      </w:pPr>
      <w:r>
        <w:t>Wildblocks</w:t>
      </w:r>
      <w:r>
        <w:rPr>
          <w:b w:val="0"/>
          <w:color w:val="505050"/>
          <w:sz w:val="21"/>
        </w:rPr>
        <w:tab/>
        <w:t>In development</w:t>
      </w:r>
    </w:p>
    <w:p>
      <w:pPr>
        <w:keepNext/>
        <w:keepLines/>
        <w:spacing w:after="60"/>
      </w:pPr>
      <w:r>
        <w:rPr>
          <w:color w:val="505050"/>
          <w:sz w:val="21"/>
        </w:rPr>
        <w:t>Gameplay Development, Rigging &amp; Animation</w:t>
      </w:r>
    </w:p>
    <w:p>
      <w:pPr>
        <w:pStyle w:val="ListBullet"/>
        <w:keepLines/>
        <w:numPr>
          <w:ilvl w:val="0"/>
          <w:numId w:val="42"/>
        </w:numPr>
      </w:pPr>
      <w:r>
        <w:t>Implement character movement, player abilities, and boss behaviors for an independent game project.</w:t>
      </w:r>
    </w:p>
    <w:p>
      <w:pPr>
        <w:pStyle w:val="ListBullet"/>
        <w:keepLines/>
        <w:numPr>
          <w:ilvl w:val="0"/>
          <w:numId w:val="42"/>
        </w:numPr>
      </w:pPr>
      <w:r>
        <w:t>Rig and animate game characters, including a dragon, alongside work on the systems that drive their gameplay behavior.</w:t>
      </w:r>
    </w:p>
    <w:p>
      <w:pPr>
        <w:pStyle w:val="Heading2"/>
        <w:keepLines w:val="0"/>
        <w:tabs>
          <w:tab w:pos="10368" w:val="right"/>
        </w:tabs>
      </w:pPr>
      <w:r>
        <w:t>Steeped</w:t>
      </w:r>
      <w:r>
        <w:rPr>
          <w:b w:val="0"/>
          <w:color w:val="505050"/>
          <w:sz w:val="21"/>
        </w:rPr>
        <w:tab/>
        <w:t>In development</w:t>
      </w:r>
    </w:p>
    <w:p>
      <w:pPr>
        <w:keepNext/>
        <w:keepLines/>
        <w:spacing w:after="60"/>
      </w:pPr>
      <w:r>
        <w:rPr>
          <w:color w:val="505050"/>
          <w:sz w:val="21"/>
        </w:rPr>
        <w:t>Unity 6 / C# | 2D Top-Down Farming &amp; Tea-Shop Game</w:t>
      </w:r>
    </w:p>
    <w:p>
      <w:pPr>
        <w:pStyle w:val="ListBullet"/>
        <w:keepLines/>
        <w:numPr>
          <w:ilvl w:val="0"/>
          <w:numId w:val="42"/>
        </w:numPr>
      </w:pPr>
      <w:r>
        <w:t>Develop C# character scripts for player movement, attacks, abilities, and mining interactions in Unity 6.</w:t>
      </w:r>
    </w:p>
    <w:p>
      <w:pPr>
        <w:pStyle w:val="ListBullet"/>
        <w:keepLines/>
        <w:numPr>
          <w:ilvl w:val="0"/>
          <w:numId w:val="42"/>
        </w:numPr>
      </w:pPr>
      <w:r>
        <w:t>Refine four-direction scythe, hoe, and axe actions, addressing incorrect facing, abrupt motion, and the readability of harvesting sweeps.</w:t>
      </w:r>
    </w:p>
    <w:p>
      <w:pPr>
        <w:pStyle w:val="ListBullet"/>
        <w:keepLines/>
        <w:numPr>
          <w:ilvl w:val="0"/>
          <w:numId w:val="42"/>
        </w:numPr>
      </w:pPr>
      <w:r>
        <w:t>Define input behavior and camera framing; specify reusable resource-system rules for tool requirements, object health, seasonal spawning, and regrowth.</w:t>
      </w:r>
    </w:p>
    <w:p>
      <w:pPr>
        <w:pStyle w:val="Heading2"/>
        <w:keepLines w:val="0"/>
        <w:tabs>
          <w:tab w:pos="10368" w:val="right"/>
        </w:tabs>
      </w:pPr>
      <w:r>
        <w:t>Unity Game Projects</w:t>
      </w:r>
      <w:r>
        <w:rPr>
          <w:b w:val="0"/>
          <w:color w:val="505050"/>
          <w:sz w:val="21"/>
        </w:rPr>
        <w:tab/>
        <w:t>2017 - 2019</w:t>
      </w:r>
    </w:p>
    <w:p>
      <w:pPr>
        <w:keepNext/>
        <w:keepLines/>
        <w:spacing w:after="60"/>
      </w:pPr>
      <w:r>
        <w:rPr>
          <w:color w:val="505050"/>
          <w:sz w:val="21"/>
        </w:rPr>
        <w:t>Academy of Art University</w:t>
      </w:r>
    </w:p>
    <w:p>
      <w:pPr>
        <w:pStyle w:val="ListBullet"/>
        <w:keepLines/>
        <w:numPr>
          <w:ilvl w:val="0"/>
          <w:numId w:val="42"/>
        </w:numPr>
      </w:pPr>
      <w:r>
        <w:t>Implemented gameplay and character scripts in Unity/C# during game development studies.</w:t>
      </w:r>
    </w:p>
    <w:p>
      <w:pPr>
        <w:pStyle w:val="Heading1"/>
        <w:keepLines w:val="0"/>
      </w:pPr>
      <w:r>
        <w:t>TECHNICAL SKILLS</w:t>
      </w:r>
    </w:p>
    <w:p>
      <w:pPr>
        <w:keepLines/>
        <w:spacing w:after="80"/>
      </w:pPr>
      <w:r>
        <w:rPr>
          <w:b/>
        </w:rPr>
        <w:t xml:space="preserve">Gameplay: </w:t>
      </w:r>
      <w:r>
        <w:t>Unity 6; C# character scripting; character, camera, and controls (3C); attacks and abilities; enemy behavior; mining interactions.</w:t>
      </w:r>
    </w:p>
    <w:p>
      <w:pPr>
        <w:keepLines/>
        <w:spacing w:after="80"/>
      </w:pPr>
      <w:r>
        <w:rPr>
          <w:b/>
        </w:rPr>
        <w:t xml:space="preserve">Character work: </w:t>
      </w:r>
      <w:r>
        <w:t>Blender; Autodesk Maya; character rigging and animation; directional motion.</w:t>
      </w:r>
    </w:p>
    <w:p>
      <w:pPr>
        <w:keepLines/>
        <w:spacing w:after="80"/>
      </w:pPr>
      <w:r>
        <w:rPr>
          <w:b/>
        </w:rPr>
        <w:t xml:space="preserve">Programming: </w:t>
      </w:r>
      <w:r>
        <w:t>C#, Python, TypeScript, JavaScript, SQL, HTML/CSS.</w:t>
      </w:r>
    </w:p>
    <w:p>
      <w:pPr>
        <w:keepLines/>
        <w:spacing w:after="80"/>
      </w:pPr>
      <w:r>
        <w:rPr>
          <w:b/>
        </w:rPr>
        <w:t xml:space="preserve">Software: </w:t>
      </w:r>
      <w:r>
        <w:t>FastAPI, React, Next.js, Electron, Postgres; webhook/event pipelines; Railway; Cloudflare R2.</w:t>
      </w:r>
    </w:p>
    <w:p>
      <w:pPr>
        <w:keepLines/>
        <w:spacing w:after="80"/>
      </w:pPr>
      <w:r>
        <w:rPr>
          <w:b/>
        </w:rPr>
        <w:t xml:space="preserve">AI-assisted development: </w:t>
      </w:r>
      <w:r>
        <w:t>Claude Code, Claude API, Ollama; prototyping and iteration workflows.</w:t>
      </w:r>
    </w:p>
    <w:p>
      <w:pPr>
        <w:pStyle w:val="Heading1"/>
        <w:keepLines w:val="0"/>
        <w:pageBreakBefore/>
        <w:spacing w:before="0"/>
      </w:pPr>
      <w:r>
        <w:t>SELECTED SOFTWARE ENGINEERING PROJECTS</w:t>
      </w:r>
    </w:p>
    <w:p>
      <w:pPr>
        <w:pStyle w:val="ListBullet"/>
        <w:keepLines/>
        <w:numPr>
          <w:ilvl w:val="0"/>
          <w:numId w:val="42"/>
        </w:numPr>
      </w:pPr>
      <w:r>
        <w:rPr>
          <w:b/>
        </w:rPr>
        <w:t>NEMO:</w:t>
      </w:r>
      <w:r>
        <w:t xml:space="preserve"> Architected a local-first multi-agent assistant using Ollama, FastAPI, Electron, and React, with an agentic coding loop and permission gates separating autonomous actions from human-approved operations.</w:t>
      </w:r>
    </w:p>
    <w:p>
      <w:pPr>
        <w:pStyle w:val="ListBullet"/>
        <w:keepLines/>
        <w:numPr>
          <w:ilvl w:val="0"/>
          <w:numId w:val="42"/>
        </w:numPr>
      </w:pPr>
      <w:r>
        <w:rPr>
          <w:b/>
        </w:rPr>
        <w:t>Trade Sentinel:</w:t>
      </w:r>
      <w:r>
        <w:t xml:space="preserve"> Built and deployed a Python platform with a signal engine, backtesting, FastAPI webhook ingestion, generated briefings, and Discord delivery across two Railway services.</w:t>
      </w:r>
    </w:p>
    <w:p>
      <w:pPr>
        <w:pStyle w:val="ListBullet"/>
        <w:keepLines/>
        <w:numPr>
          <w:ilvl w:val="0"/>
          <w:numId w:val="42"/>
        </w:numPr>
      </w:pPr>
      <w:r>
        <w:rPr>
          <w:b/>
        </w:rPr>
        <w:t>Production SaaS:</w:t>
      </w:r>
      <w:r>
        <w:t xml:space="preserve"> Shipped MetaShot, GetCallForge, and the Solitude &amp; Stone platform with live Stripe billing. Built gallery delivery, booking, lead capture, and portfolio-management features using Next.js, Postgres, and Cloudflare R2.</w:t>
      </w:r>
    </w:p>
    <w:p>
      <w:pPr>
        <w:pStyle w:val="Heading1"/>
        <w:keepLines w:val="0"/>
      </w:pPr>
      <w:r>
        <w:t>PROFESSIONAL EXPERIENCE</w:t>
      </w:r>
    </w:p>
    <w:p>
      <w:pPr>
        <w:pStyle w:val="Heading2"/>
        <w:keepLines w:val="0"/>
        <w:tabs>
          <w:tab w:pos="10368" w:val="right"/>
        </w:tabs>
      </w:pPr>
      <w:r>
        <w:t>Boeing - Manufacturing Manager (Temp)</w:t>
      </w:r>
      <w:r>
        <w:rPr>
          <w:b w:val="0"/>
          <w:color w:val="505050"/>
          <w:sz w:val="21"/>
        </w:rPr>
        <w:tab/>
        <w:t>2025</w:t>
      </w:r>
    </w:p>
    <w:p>
      <w:pPr>
        <w:pStyle w:val="ListBullet"/>
        <w:keepLines/>
        <w:numPr>
          <w:ilvl w:val="0"/>
          <w:numId w:val="42"/>
        </w:numPr>
      </w:pPr>
      <w:r>
        <w:t>Managed employees across multiple manufacturing disciplines; developed and executed business plans, organizational strategies, and process improvements.</w:t>
      </w:r>
    </w:p>
    <w:p>
      <w:pPr>
        <w:pStyle w:val="ListBullet"/>
        <w:keepLines/>
        <w:numPr>
          <w:ilvl w:val="0"/>
          <w:numId w:val="42"/>
        </w:numPr>
      </w:pPr>
      <w:r>
        <w:t>Provided oversight and approval of technical approaches, products, and processes; managed supplier relationships and resource acquisition.</w:t>
      </w:r>
    </w:p>
    <w:p>
      <w:pPr>
        <w:pStyle w:val="Heading2"/>
        <w:keepLines w:val="0"/>
        <w:tabs>
          <w:tab w:pos="10368" w:val="right"/>
        </w:tabs>
      </w:pPr>
      <w:r>
        <w:t>Boeing - Functional Test Team Lead</w:t>
      </w:r>
      <w:r>
        <w:rPr>
          <w:b w:val="0"/>
          <w:color w:val="505050"/>
          <w:sz w:val="21"/>
        </w:rPr>
        <w:tab/>
        <w:t>2024 - 2025</w:t>
      </w:r>
    </w:p>
    <w:p>
      <w:pPr>
        <w:pStyle w:val="ListBullet"/>
        <w:keepLines/>
        <w:numPr>
          <w:ilvl w:val="0"/>
          <w:numId w:val="42"/>
        </w:numPr>
      </w:pPr>
      <w:r>
        <w:t>Led day-to-day test operations, built cross-shift coordination systems, and created tracking documentation to maintain continuity between shifts.</w:t>
      </w:r>
    </w:p>
    <w:p>
      <w:pPr>
        <w:pStyle w:val="Heading2"/>
        <w:keepLines w:val="0"/>
        <w:tabs>
          <w:tab w:pos="10368" w:val="right"/>
        </w:tabs>
      </w:pPr>
      <w:r>
        <w:t>Boeing - Structure Mechanic / Temp Team Lead</w:t>
      </w:r>
      <w:r>
        <w:rPr>
          <w:b w:val="0"/>
          <w:color w:val="505050"/>
          <w:sz w:val="21"/>
        </w:rPr>
        <w:tab/>
        <w:t>2019 - 2021</w:t>
      </w:r>
    </w:p>
    <w:p>
      <w:pPr>
        <w:pStyle w:val="ListBullet"/>
        <w:keepLines/>
        <w:numPr>
          <w:ilvl w:val="0"/>
          <w:numId w:val="42"/>
        </w:numPr>
      </w:pPr>
      <w:r>
        <w:t>Led structure mechanic teams and redesigned task workflows to distribute work evenly and improve throughput.</w:t>
      </w:r>
    </w:p>
    <w:p>
      <w:pPr>
        <w:pStyle w:val="Heading2"/>
        <w:keepLines w:val="0"/>
        <w:tabs>
          <w:tab w:pos="10368" w:val="right"/>
        </w:tabs>
      </w:pPr>
      <w:r>
        <w:t>United States Marine Corps - Sergeant</w:t>
      </w:r>
      <w:r>
        <w:rPr>
          <w:b w:val="0"/>
          <w:color w:val="505050"/>
          <w:sz w:val="21"/>
        </w:rPr>
        <w:tab/>
        <w:t>2007 - 2015</w:t>
      </w:r>
    </w:p>
    <w:p>
      <w:pPr>
        <w:pStyle w:val="ListBullet"/>
        <w:keepLines/>
        <w:numPr>
          <w:ilvl w:val="0"/>
          <w:numId w:val="42"/>
        </w:numPr>
      </w:pPr>
      <w:r>
        <w:t>Supervised and mentored 24 Marines in daily vehicle-recovery operations.</w:t>
      </w:r>
    </w:p>
    <w:p>
      <w:pPr>
        <w:pStyle w:val="ListBullet"/>
        <w:keepLines/>
        <w:numPr>
          <w:ilvl w:val="0"/>
          <w:numId w:val="42"/>
        </w:numPr>
      </w:pPr>
      <w:r>
        <w:t>Trained and certified 100+ personnel as Command Licensing Official; instructed 13 formal courses and maintained confidential records for 800+ personnel.</w:t>
      </w:r>
    </w:p>
    <w:p>
      <w:pPr>
        <w:pStyle w:val="ListBullet"/>
        <w:keepLines/>
        <w:numPr>
          <w:ilvl w:val="0"/>
          <w:numId w:val="42"/>
        </w:numPr>
      </w:pPr>
      <w:r>
        <w:t>Diagnosed and corrected performance as a Marksmanship Coach through structured coaching, analysis, and feedback.</w:t>
      </w:r>
    </w:p>
    <w:p>
      <w:pPr>
        <w:keepLines/>
        <w:spacing w:after="80" w:before="80"/>
      </w:pPr>
      <w:r>
        <w:rPr>
          <w:sz w:val="21"/>
        </w:rPr>
        <w:t>Other roles: Allied Universal Security (2023-2024); Builders FirstSource (2021-2022); Boise Cascade (2016-2019).</w:t>
      </w:r>
    </w:p>
    <w:p>
      <w:pPr>
        <w:pStyle w:val="Heading1"/>
        <w:keepLines w:val="0"/>
      </w:pPr>
      <w:r>
        <w:t>EDUCATION &amp; TRAINING</w:t>
      </w:r>
    </w:p>
    <w:p>
      <w:pPr>
        <w:pStyle w:val="Heading2"/>
        <w:keepLines w:val="0"/>
        <w:tabs>
          <w:tab w:pos="10368" w:val="right"/>
        </w:tabs>
      </w:pPr>
      <w:r>
        <w:t>Academy of Art University</w:t>
      </w:r>
      <w:r>
        <w:rPr>
          <w:b w:val="0"/>
          <w:color w:val="505050"/>
          <w:sz w:val="21"/>
        </w:rPr>
        <w:tab/>
        <w:t>2017 - 2019</w:t>
      </w:r>
    </w:p>
    <w:p>
      <w:pPr>
        <w:keepLines/>
        <w:spacing w:after="60"/>
      </w:pPr>
      <w:r>
        <w:t>Game Development Coursework | Resuming studies in 2026</w:t>
      </w:r>
    </w:p>
    <w:p>
      <w:pPr>
        <w:keepLines/>
        <w:spacing w:after="120"/>
      </w:pPr>
      <w:r>
        <w:t>Coursework included 3D modeling and game engines.</w:t>
      </w:r>
    </w:p>
    <w:p>
      <w:pPr>
        <w:keepLines/>
        <w:spacing w:after="80"/>
      </w:pPr>
      <w:r>
        <w:rPr>
          <w:b/>
        </w:rPr>
        <w:t xml:space="preserve">U.S. Marine Corps leadership training: </w:t>
      </w:r>
      <w:r>
        <w:t>Sergeants Course (2014); Corporals Course (2012); Leading Marines (2008).</w:t>
      </w:r>
    </w:p>
    <w:sectPr w:rsidR="00FC693F" w:rsidRPr="0006063C" w:rsidSect="00034616"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42">
    <w:multiLevelType w:val="singleLevel"/>
    <w:lvl w:ilvl="0">
      <w:start w:val="1"/>
      <w:numFmt w:val="bullet"/>
      <w:lvlText w:val="•"/>
      <w:lvlJc w:val="left"/>
      <w:pPr>
        <w:tabs>
          <w:tab w:val="num" w:pos="202"/>
        </w:tabs>
        <w:ind w:left="202" w:hanging="202"/>
      </w:pPr>
      <w:rPr>
        <w:rFonts w:ascii="Calibri" w:hAnsi="Calibri"/>
      </w:rPr>
    </w:lvl>
  </w:abstractNum>
  <w:num w:numId="4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Calibri" w:hAnsi="Calibri"/>
      <w:color w:val="20202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223C51"/>
      <w:sz w:val="23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202020"/>
      <w:sz w:val="2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2020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202020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202020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US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after="80" w:line="245" w:lineRule="auto"/>
      <w:ind w:left="202" w:hanging="202"/>
      <w:contextualSpacing/>
    </w:pPr>
    <w:rPr>
      <w:rFonts w:ascii="Calibri" w:hAnsi="Calibri"/>
      <w:color w:val="202020"/>
      <w:sz w:val="22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US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US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US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US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US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US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bcts1100" TargetMode="External"/><Relationship Id="rId10" Type="http://schemas.openxmlformats.org/officeDocument/2006/relationships/hyperlink" Target="https://www.linkedin.com/in/tim-jankowski-2838b72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Timothy Jankowski - Gameplay Developer and Designer</dc:title>
  <dc:subject>Gameplay design resume</dc:subject>
  <dc:creator>Timothy Jankowski</dc:creator>
  <cp:keywords>Unity, C#, Gameplay Design, Character Scripting, Blender, Maya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